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L048</w:t>
      </w:r>
    </w:p>
    <w:p>
      <w:pPr>
        <w:pStyle w:val="Heading1"/>
        <w:jc w:val="center"/>
      </w:pPr>
      <w:r>
        <w:rPr>
          <w:color w:val="052D57"/>
        </w:rPr>
        <w:t>Learner workbook: Statistical comparisons</w:t>
      </w:r>
    </w:p>
    <w:p>
      <w:r>
        <w:t>Objective: Compare distributions using context, a typical value and spread.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48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averages and spread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statistical comparisons.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Model a comparison supported by two statistics; critique an unsupported claim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statistical comparisons.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Class A has median 14 and IQR 3; class B median 16 and IQR 9. Compare typical score and consistency.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Two groups share mean 20. One has range 2 and the other 30. What can and cannot be concluded?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statistical comparisons.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L048: Statistical comparisons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Compare distributions using context, a typical value and spread.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appropriate statistic or representation and supported my comparison or interpretation with specific evidence from the data.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quote the relevant values or features, compare like with like and explain what the evidence shows without making an unsupported claim.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Class A has median 14 and IQR 3; class B median 16 and IQR 9. Compare typical score and consistency.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Two groups share mean 20. One has range 2 and the other 30. What can and cannot be concluded?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