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L049</w:t>
      </w:r>
    </w:p>
    <w:p>
      <w:pPr>
        <w:pStyle w:val="Heading1"/>
        <w:jc w:val="center"/>
      </w:pPr>
      <w:r>
        <w:rPr>
          <w:color w:val="052D57"/>
        </w:rPr>
        <w:t>Flipped learning: Probability and expected frequency</w:t>
      </w:r>
    </w:p>
    <w:p>
      <w:r>
        <w:t>Objective: Use the probability scale and calculate expected frequency.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biased coin shows heads 78 times in 120 tosses. Estimate heads in the next 400 tosses.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