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L049</w:t>
      </w:r>
    </w:p>
    <w:p>
      <w:pPr>
        <w:pStyle w:val="Heading1"/>
        <w:jc w:val="center"/>
      </w:pPr>
      <w:r>
        <w:rPr>
          <w:color w:val="052D57"/>
        </w:rPr>
        <w:t>Knowledge organiser: Probability and expected frequency</w:t>
      </w:r>
    </w:p>
    <w:p>
      <w:r>
        <w:t>Objective: Use the probability scale and calculate expected frequency.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9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Connect equally likely outcomes with long-run expectation; distinguish expectation from certainty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Why is an expected frequency of 26 not a guarantee of exactly 26 successes?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