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L049</w:t>
      </w:r>
    </w:p>
    <w:p>
      <w:pPr>
        <w:pStyle w:val="Heading1"/>
        <w:jc w:val="center"/>
      </w:pPr>
      <w:r>
        <w:rPr>
          <w:color w:val="052D57"/>
        </w:rPr>
        <w:t>Teacher mark scheme: Probability and expected frequency</w:t>
      </w:r>
    </w:p>
    <w:p>
      <w:r>
        <w:t>Objective: Use the probability scale and calculate expected frequency.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