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L050</w:t>
      </w:r>
    </w:p>
    <w:p>
      <w:pPr>
        <w:pStyle w:val="Heading1"/>
        <w:jc w:val="center"/>
      </w:pPr>
      <w:r>
        <w:rPr>
          <w:color w:val="052D57"/>
        </w:rPr>
        <w:t>Flipped learning: Sample spaces and systematic lists</w:t>
      </w:r>
    </w:p>
    <w:p>
      <w:r>
        <w:t>Objective: List outcomes systematically and calculate probabilities from sample spaces.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Two fair dice are rolled. Count the outcomes with a sum of 9 and find the probability.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