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L050</w:t>
      </w:r>
    </w:p>
    <w:p>
      <w:pPr>
        <w:pStyle w:val="Heading1"/>
        <w:jc w:val="center"/>
      </w:pPr>
      <w:r>
        <w:rPr>
          <w:color w:val="052D57"/>
        </w:rPr>
        <w:t>Knowledge organiser: Sample spaces and systematic lists</w:t>
      </w:r>
    </w:p>
    <w:p>
      <w:r>
        <w:t>Objective: List outcomes systematically and calculate probabilities from sample spaces.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50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Construct a table or tree; check that outcomes are exhaustive and equally likely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learner lists (1,3) and (3,1) as one outcome when two distinct dice are rolled. Explain the effect.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