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L050</w:t>
      </w:r>
    </w:p>
    <w:p>
      <w:pPr>
        <w:pStyle w:val="Heading1"/>
        <w:jc w:val="center"/>
      </w:pPr>
      <w:r>
        <w:rPr>
          <w:color w:val="052D57"/>
        </w:rPr>
        <w:t>Teacher mark scheme: Sample spaces and systematic lists</w:t>
      </w:r>
    </w:p>
    <w:p>
      <w:r>
        <w:t>Objective: List outcomes systematically and calculate probabilities from sample spaces.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