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L052</w:t>
      </w:r>
    </w:p>
    <w:p>
      <w:pPr>
        <w:pStyle w:val="Heading1"/>
        <w:jc w:val="center"/>
      </w:pPr>
      <w:r>
        <w:rPr>
          <w:color w:val="052D57"/>
        </w:rPr>
        <w:t>Knowledge organiser: Cumulative checkpoint 3 and feedback</w:t>
      </w:r>
    </w:p>
    <w:p>
      <w:r>
        <w:t>Objective: Apply and explain earlier graphs, statistics, probability and number independently.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52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Use cumulative assessment and error analysis to choose reteaching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A student says a probability of 1.2 is possible because it came from a frequency table. Diagnose the error.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