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L053</w:t>
      </w:r>
    </w:p>
    <w:p>
      <w:pPr>
        <w:pStyle w:val="Heading1"/>
        <w:jc w:val="center"/>
      </w:pPr>
      <w:r>
        <w:rPr>
          <w:color w:val="052D57"/>
        </w:rPr>
        <w:t>Learner assessment: Powers roots and index laws</w:t>
      </w:r>
    </w:p>
    <w:p>
      <w:r>
        <w:t>Objective: Use powers, roots and index laws with valid conditions.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powers roots and index laws.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Simplify (3x²y³)(2x⁴y) and state any assumptions.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Is x⁵+x³=x⁸? Show why or give a counterexample.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powers roots and index laws.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