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L053</w:t>
      </w:r>
    </w:p>
    <w:p>
      <w:pPr>
        <w:pStyle w:val="Heading1"/>
        <w:jc w:val="center"/>
      </w:pPr>
      <w:r>
        <w:rPr>
          <w:color w:val="052D57"/>
        </w:rPr>
        <w:t>Flipped learning: Powers roots and index laws</w:t>
      </w:r>
    </w:p>
    <w:p>
      <w:r>
        <w:t>Objective: Use powers, roots and index laws with valid conditions.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Simplify (3x²y³)(2x⁴y) and state any assumptions.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