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Learner assessment: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quadratic graphs and roots.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For y=x²−4x+3, find both roots and the turning point.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quadratic has roots −1 and 5. Write a monic equation and state its axis of symmetry.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