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Flipped learning: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For y=x²−4x+3, find both roots and the turning point.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