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Learner assessment: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solving quadratics.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3x²−12x=0 and check both roots.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Explain why dividing x²=9 by x can lose a solution.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solving quadratics.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