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L060</w:t>
      </w:r>
    </w:p>
    <w:p>
      <w:pPr>
        <w:pStyle w:val="Heading1"/>
        <w:jc w:val="center"/>
      </w:pPr>
      <w:r>
        <w:rPr>
          <w:color w:val="052D57"/>
        </w:rPr>
        <w:t>Knowledge organiser: Algebra pathway and repair</w:t>
      </w:r>
    </w:p>
    <w:p>
      <w:r>
        <w:t>Objective: Choose an algebraic method and repair an identified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linear and simple quadratic work.</w:t>
      </w:r>
    </w:p>
    <w:p>
      <w:pPr>
        <w:pStyle w:val="ListBullet"/>
      </w:pPr>
      <w:r>
        <w:t>Higher: compare quadratic methods and forms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cancels x from x²+x=0 and gets x=−1 only. Find every solution.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