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Learner assessment: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simultaneous equations.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3x+2y=16 and x−2y=0.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Can x+y=5 and 2x+2y=12 have a solution? Justify.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simultaneous equations.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