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Knowledge organiser: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Eliminate or substitute and check both equations; Higher: linear–quadratic systems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Can x+y=5 and 2x+2y=12 have a solution? Justify.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