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L061</w:t>
      </w:r>
    </w:p>
    <w:p>
      <w:pPr>
        <w:pStyle w:val="Heading1"/>
        <w:jc w:val="center"/>
      </w:pPr>
      <w:r>
        <w:rPr>
          <w:color w:val="052D57"/>
        </w:rPr>
        <w:t>Teacher guide: Simultaneous equations</w:t>
      </w:r>
    </w:p>
    <w:p>
      <w:r>
        <w:t>Objective: Solve simultaneous equations and interpret the solution as a common point.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algebra pathway and repair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simultaneous equations.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Eliminate or substitute and check both equations; Higher: linear–quadratic systems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Solve a pair and verify both conditions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L061: Simultaneous equations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Solve simultaneous equations and interpret the solution as a common point.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3x+2y=16 and x−2y=0.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Can x+y=5 and 2x+2y=12 have a solution? Justify.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