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L062</w:t>
      </w:r>
    </w:p>
    <w:p>
      <w:pPr>
        <w:pStyle w:val="Heading1"/>
        <w:jc w:val="center"/>
      </w:pPr>
      <w:r>
        <w:rPr>
          <w:color w:val="052D57"/>
        </w:rPr>
        <w:t>Flipped learning: Equations from situations</w:t>
      </w:r>
    </w:p>
    <w:p>
      <w:r>
        <w:t>Objective: Translate a situation into equations and interpret solutions in context.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Three adult tickets and two child tickets cost £37. Adults cost £9 each. Find child price.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