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L062</w:t>
      </w:r>
    </w:p>
    <w:p>
      <w:pPr>
        <w:pStyle w:val="Heading1"/>
        <w:jc w:val="center"/>
      </w:pPr>
      <w:r>
        <w:rPr>
          <w:color w:val="052D57"/>
        </w:rPr>
        <w:t>Teacher mark scheme: Equations from situations</w:t>
      </w:r>
    </w:p>
    <w:p>
      <w:r>
        <w:t>Objective: Translate a situation into equations and interpret solutions in context.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