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Learner assessment: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cubic reciprocal and other graphs.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For y=12/x, find points when x=−3 and x=4, and identify the missing x-value.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Compare y=x³ and y=−x³ at x=−2 and x=2. What symmetry relates them?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