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L063</w:t>
      </w:r>
    </w:p>
    <w:p>
      <w:pPr>
        <w:pStyle w:val="Heading1"/>
        <w:jc w:val="center"/>
      </w:pPr>
      <w:r>
        <w:rPr>
          <w:color w:val="052D57"/>
        </w:rPr>
        <w:t>Knowledge organiser: Cubic reciprocal and other graphs</w:t>
      </w:r>
    </w:p>
    <w:p>
      <w:r>
        <w:t>Objective: Recognise graph families and estimate solutions graphically.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63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Compare cubic and reciprocal graphs; Higher: exponential and trigonometric forms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Compare y=x³ and y=−x³ at x=−2 and x=2. What symmetry relates them?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