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L063</w:t>
      </w:r>
    </w:p>
    <w:p>
      <w:pPr>
        <w:pStyle w:val="Heading1"/>
        <w:jc w:val="center"/>
      </w:pPr>
      <w:r>
        <w:rPr>
          <w:color w:val="052D57"/>
        </w:rPr>
        <w:t>Teacher guide: Cubic reciprocal and other graphs</w:t>
      </w:r>
    </w:p>
    <w:p>
      <w:r>
        <w:t>Objective: Recognise graph families and estimate solutions graphically.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equations from situations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cubic reciprocal and other graphs.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Compare cubic and reciprocal graphs; Higher: exponential and trigonometric forms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Match equations to graphs and explain distinguishing features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L063: Cubic reciprocal and other graphs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Recognise graph families and estimate solutions graphically.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For y=12/x, find points when x=−3 and x=4, and identify the missing x-value.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Compare y=x³ and y=−x³ at x=−2 and x=2. What symmetry relates them?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