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Knowledge organiser: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Diagnose whether errors arise in modelling, manipulation or checking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student obtains x=2,y=3 from x+y=5 and x−y=1. Test and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