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Teacher guide: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cubic reciprocal and other graphs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cumulative checkpoint 4 and feedback.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Diagnose whether errors arise in modelling, manipulation or checking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Repair the weakest prerequisite and retry a fresh problem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L064: Cumulative checkpoint 4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number accuracy, graphs and equations in cumulative tasks.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x²+2x−15=0 and 2a³×3a².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obtains x=2,y=3 from x+y=5 and x−y=1. Test and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