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L065</w:t>
      </w:r>
    </w:p>
    <w:p>
      <w:pPr>
        <w:pStyle w:val="Heading1"/>
        <w:jc w:val="center"/>
      </w:pPr>
      <w:r>
        <w:rPr>
          <w:color w:val="052D57"/>
        </w:rPr>
        <w:t>Knowledge organiser: Direct and inverse proportion</w:t>
      </w:r>
    </w:p>
    <w:p>
      <w:r>
        <w:t>Objective: Solve direct and inverse proportion problems and represent relationships.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tables, graphs and equations; distinguish proportional from merely increasing relationships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graph through the origin appears curved upward. Can y be directly proportional to x? Explain.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