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L065</w:t>
      </w:r>
    </w:p>
    <w:p>
      <w:pPr>
        <w:pStyle w:val="Heading1"/>
        <w:jc w:val="center"/>
      </w:pPr>
      <w:r>
        <w:rPr>
          <w:color w:val="052D57"/>
        </w:rPr>
        <w:t>Teacher mark scheme: Direct and inverse proportion</w:t>
      </w:r>
    </w:p>
    <w:p>
      <w:r>
        <w:t>Objective: Solve direct and inverse proportion problems and represent relationships.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