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L066</w:t>
      </w:r>
    </w:p>
    <w:p>
      <w:pPr>
        <w:pStyle w:val="Heading1"/>
        <w:jc w:val="center"/>
      </w:pPr>
      <w:r>
        <w:rPr>
          <w:color w:val="052D57"/>
        </w:rPr>
        <w:t>Learner assessment: Speed density and pressure</w:t>
      </w:r>
    </w:p>
    <w:p>
      <w:r>
        <w:t>Objective: Use speed, density and pressure with consistent units.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speed density and pressure.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solid has density 7.8 g/cm³ and volume 25 cm³. Find mass.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Pressure doubles while force is constant. What happened to contact area? Explain algebraically.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speed density and pressure.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