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Learner workbook: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direct and inverse proportion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speed density and pressure.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Rearrange compound-measure relationships; estimate before calculator work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speed density and pressure.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solid has density 7.8 g/cm³ and volume 25 cm³. Find mass.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Pressure doubles while force is constant. What happened to contact area? Explain algebraically.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speed density and pressure.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L066: Speed density and pressure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speed, density and pressure with consistent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solid has density 7.8 g/cm³ and volume 25 cm³. Find mass.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Pressure doubles while force is constant. What happened to contact area? Explain algebraically.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