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L066</w:t>
      </w:r>
    </w:p>
    <w:p>
      <w:pPr>
        <w:pStyle w:val="Heading1"/>
        <w:jc w:val="center"/>
      </w:pPr>
      <w:r>
        <w:rPr>
          <w:color w:val="052D57"/>
        </w:rPr>
        <w:t>Teacher guide: Speed density and pressure</w:t>
      </w:r>
    </w:p>
    <w:p>
      <w:r>
        <w:t>Objective: Use speed, density and pressure with consistent units.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direct and inverse proportion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speed density and pressure.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Rearrange compound-measure relationships; estimate before calculator work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Solve mixed compound-measure questions and check dimensions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L066: Speed density and pressure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Use speed, density and pressure with consistent units.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identified the correct reference quantity, ratio, rate or multiplier and kept the units and proportional relationship clear.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state the whole or reference quantity, show the multiplier or unit-rate step and check whether the result is sensible in context.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solid has density 7.8 g/cm³ and volume 25 cm³. Find mass.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Pressure doubles while force is constant. What happened to contact area? Explain algebraically.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