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L067</w:t>
      </w:r>
    </w:p>
    <w:p>
      <w:pPr>
        <w:pStyle w:val="Heading1"/>
        <w:jc w:val="center"/>
      </w:pPr>
      <w:r>
        <w:rPr>
          <w:color w:val="052D57"/>
        </w:rPr>
        <w:t>Teacher guide: Growth decay and compound interest</w:t>
      </w:r>
    </w:p>
    <w:p>
      <w:r>
        <w:t>Objective: Model repeated percentage change, growth, decay and compound interest.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Learning Cycle plan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Stage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Time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Teacher move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Evidence to collect</w:t>
            </w:r>
          </w:p>
        </w:tc>
      </w:tr>
      <w:tr>
        <w:tc>
          <w:tcPr>
            <w:tcW w:type="dxa" w:w="2592"/>
          </w:tcPr>
          <w:p>
            <w:r>
              <w:t>Connect &amp; Check</w:t>
            </w:r>
          </w:p>
        </w:tc>
        <w:tc>
          <w:tcPr>
            <w:tcW w:type="dxa" w:w="2592"/>
          </w:tcPr>
          <w:p>
            <w:r>
              <w:t>5 min</w:t>
            </w:r>
          </w:p>
        </w:tc>
        <w:tc>
          <w:tcPr>
            <w:tcW w:type="dxa" w:w="2592"/>
          </w:tcPr>
          <w:p>
            <w:r>
              <w:t>State the objective and timeline. Retrieve speed density and pressure or a prerequisite. Diagnose a common error before modelling.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Share</w:t>
            </w:r>
          </w:p>
        </w:tc>
        <w:tc>
          <w:tcPr>
            <w:tcW w:type="dxa" w:w="2592"/>
          </w:tcPr>
          <w:p>
            <w:r>
              <w:t>7 min</w:t>
            </w:r>
          </w:p>
        </w:tc>
        <w:tc>
          <w:tcPr>
            <w:tcW w:type="dxa" w:w="2592"/>
          </w:tcPr>
          <w:p>
            <w:r>
              <w:t>Pairs compare methods or predict a result for growth decay and compound interest. Ask for a reason, not only an answer.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Present</w:t>
            </w:r>
          </w:p>
        </w:tc>
        <w:tc>
          <w:tcPr>
            <w:tcW w:type="dxa" w:w="2592"/>
          </w:tcPr>
          <w:p>
            <w:r>
              <w:t>10 min</w:t>
            </w:r>
          </w:p>
        </w:tc>
        <w:tc>
          <w:tcPr>
            <w:tcW w:type="dxa" w:w="2592"/>
          </w:tcPr>
          <w:p>
            <w:r>
              <w:t>Compare additive and multiplicative change using successive periods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Apply</w:t>
            </w:r>
          </w:p>
        </w:tc>
        <w:tc>
          <w:tcPr>
            <w:tcW w:type="dxa" w:w="2592"/>
          </w:tcPr>
          <w:p>
            <w:r>
              <w:t>25 min</w:t>
            </w:r>
          </w:p>
        </w:tc>
        <w:tc>
          <w:tcPr>
            <w:tcW w:type="dxa" w:w="2592"/>
          </w:tcPr>
          <w:p>
            <w:r>
              <w:t>Calculate repeated change and explain the multiplier Use guided support, then remove it for independent working.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Recall &amp; Review</w:t>
            </w:r>
          </w:p>
        </w:tc>
        <w:tc>
          <w:tcPr>
            <w:tcW w:type="dxa" w:w="2592"/>
          </w:tcPr>
          <w:p>
            <w:r>
              <w:t>8 min</w:t>
            </w:r>
          </w:p>
        </w:tc>
        <w:tc>
          <w:tcPr>
            <w:tcW w:type="dxa" w:w="2592"/>
          </w:tcPr>
          <w:p>
            <w:r>
              <w:t>Revisit the objective. Learners solve a fresh item without prompts, explain a check, correct one error and record the next practice.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</w:tbl>
    <w:p>
      <w:pPr>
        <w:pStyle w:val="Heading2"/>
      </w:pPr>
      <w:r>
        <w:t>Differentiation</w:t>
      </w:r>
    </w:p>
    <w:p>
      <w:pPr>
        <w:pStyle w:val="ListBullet"/>
      </w:pPr>
      <w:r>
        <w:t>All learners reach the same objective; route choice changes the journey, not the standard.</w:t>
      </w:r>
    </w:p>
    <w:p>
      <w:pPr>
        <w:pStyle w:val="ListBullet"/>
      </w:pPr>
      <w:r>
        <w:t>Use visual, method and explanation routes to support access.</w:t>
      </w:r>
    </w:p>
    <w:p>
      <w:pPr>
        <w:pStyle w:val="ListBullet"/>
      </w:pPr>
      <w:r>
        <w:t>Remove prompts before exit evidence.</w:t>
      </w:r>
    </w:p>
    <w:p>
      <w:pPr>
        <w:pStyle w:val="ListBullet"/>
      </w:pPr>
      <w:r>
        <w:t>Use stretch and deep challenge only after the core method is secure.</w:t>
      </w:r>
    </w:p>
    <w:p>
      <w:pPr>
        <w:pStyle w:val="Heading2"/>
      </w:pPr>
      <w:r>
        <w:t>Assessment response</w:t>
      </w:r>
    </w:p>
    <w:p>
      <w:pPr>
        <w:pStyle w:val="ListBullet"/>
      </w:pPr>
      <w:r>
        <w:t>Check the formative mini-test and independent workbook response against the objective. Use the teacher answers or mark guidance; group errors for reteaching. NC/C selected to purpose; label each question.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L067: Growth decay and compound interest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Model repeated percentage change, growth, decay and compound interest.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identified the correct reference quantity, ratio, rate or multiplier and kept the units and proportional relationship clear.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state the whole or reference quantity, show the multiplier or unit-rate step and check whether the result is sensible in context.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£1,000 grows 4% annually for three years. Find final value to the nearest penny.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A price rises 20% then falls 20%. Prove it does not return to the starting price.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Teacher use</w:t>
      </w:r>
    </w:p>
    <w:p>
      <w:pPr>
        <w:spacing w:after="100"/>
      </w:pPr>
      <w:r>
        <w:rPr>
          <w:rFonts w:ascii="Aptos" w:hAnsi="Aptos"/>
          <w:b w:val="0"/>
          <w:color w:val="132A42"/>
          <w:sz w:val="19"/>
        </w:rPr>
        <w:t>Use the What Went Well (WWW) and Even Better If (EBI) prompts to write mathematics-specific feedback linked to the objective. Do not accept generic praise: identify the method, representation, reasoning or checking step that improved, then set a fresh next-step question.</w:t>
      </w:r>
    </w:p>
    <w:p>
      <w:pPr>
        <w:spacing w:after="60"/>
      </w:pPr>
      <w:r>
        <w:rPr>
          <w:rFonts w:ascii="Aptos" w:hAnsi="Aptos"/>
          <w:b w:val="0"/>
          <w:color w:val="132A42"/>
          <w:sz w:val="19"/>
        </w:rPr>
        <w:t>Assessment evidence to inspect: Check the formative mini-test and independent workbook response against the objective. Use the teacher answers or mark guidance; group errors for reteaching. NC/C selected to purpose; label each question.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