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L068</w:t>
      </w:r>
    </w:p>
    <w:p>
      <w:pPr>
        <w:pStyle w:val="Heading1"/>
        <w:jc w:val="center"/>
      </w:pPr>
      <w:r>
        <w:rPr>
          <w:color w:val="052D57"/>
        </w:rPr>
        <w:t>Teacher mark scheme: Rates pathway and repair</w:t>
      </w:r>
    </w:p>
    <w:p>
      <w:r>
        <w:t>Objective: Select a proportion or rate method and explain assumptions.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