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Learner assessment: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similarity and lengths.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Similar triangles have corresponding sides 6 cm and 15 cm. A 9 cm side corresponds to what length?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Are triangles with side sets 3,4,5 and 6,8,11 similar? Explain.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similarity and lengths.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