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L070</w:t>
      </w:r>
    </w:p>
    <w:p>
      <w:pPr>
        <w:pStyle w:val="Heading1"/>
        <w:jc w:val="center"/>
      </w:pPr>
      <w:r>
        <w:rPr>
          <w:color w:val="052D57"/>
        </w:rPr>
        <w:t>Teacher guide: Area and volume scale factors</w:t>
      </w:r>
    </w:p>
    <w:p>
      <w:r>
        <w:t>Objective: Connect linear scale factors with area and volume change at the appropriate tier.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similarity and lengths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area and volume scale factors.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Foundation: revisit length scale and direct area/volume calculation. Higher: squared and cubed scale factors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Compare similar shapes or solids using a tier-matched task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Check the formative mini-test and independent workbook response against the objective. Use the teacher answers or mark guidance; group errors for reteaching.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L070: Area and volume scale factors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Connect linear scale factors with area and volume change at the appropriate tier.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the correct geometric fact, theorem, formula or transformation and used a clear diagram with appropriate labels and units.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name the fact or theorem, show the substitution or construction step and check whether the size, direction and units of the result are reasonable.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Two similar solids have lengths ratio 3:4 and smaller surface area 54 cm². Find larger area.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Volume ratio of similar solids is 27:64. Find length and area ratios.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