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Learner assessment: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triangle problems and bearings.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traveller goes north 12 km and east 5 km. Find distance and bearing from start to nearest degree.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bearing from A to B is 315°. State reverse bearing and explain the 180° change.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