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Learner assessment: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cumulative checkpoint 5 and feedback.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similar shape has length factor 1.5. Its original area is 80 cm². Find new area.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uses a length factor of 3 to triple volume. Correct the claim.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cumulative checkpoint 5 and feedback.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