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L073</w:t>
      </w:r>
    </w:p>
    <w:p>
      <w:pPr>
        <w:pStyle w:val="Heading1"/>
        <w:jc w:val="center"/>
      </w:pPr>
      <w:r>
        <w:rPr>
          <w:color w:val="052D57"/>
        </w:rPr>
        <w:t>Learner assessment: Probability trees and combined events</w:t>
      </w:r>
    </w:p>
    <w:p>
      <w:r>
        <w:t>Objective: Use probability trees and combine event probabilities.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probability trees and combined events.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Two independent events have probabilities 0.4 and 0.7. Find P(both) and P(neither).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Toss a biased coin with P(H)=0.7 three times. Find P(exactly two heads).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A probability problem is presented with two stages. Complete the representation, calculate the probability and explain any assumption.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