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L073</w:t>
      </w:r>
    </w:p>
    <w:p>
      <w:pPr>
        <w:pStyle w:val="Heading1"/>
        <w:jc w:val="center"/>
      </w:pPr>
      <w:r>
        <w:rPr>
          <w:color w:val="052D57"/>
        </w:rPr>
        <w:t>Flipped learning: Probability trees and combined events</w:t>
      </w:r>
    </w:p>
    <w:p>
      <w:r>
        <w:t>Objective: Use probability trees and combine event probabilities.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Two independent events have probabilities 0.4 and 0.7. Find P(both) and P(neither).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