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L073</w:t>
      </w:r>
    </w:p>
    <w:p>
      <w:pPr>
        <w:pStyle w:val="Heading1"/>
        <w:jc w:val="center"/>
      </w:pPr>
      <w:r>
        <w:rPr>
          <w:color w:val="052D57"/>
        </w:rPr>
        <w:t>Learner workbook: Probability trees and combined events</w:t>
      </w:r>
    </w:p>
    <w:p>
      <w:r>
        <w:t>Objective: Use probability trees and combine event probabilities.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73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cumulative checkpoint 5 and feedback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probability trees and combined events.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Label branches, check totals and identify whether to add or multiply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probability trees and combined events.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Two independent events have probabilities 0.4 and 0.7. Find P(both) and P(neither).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Toss a biased coin with P(H)=0.7 three times. Find P(exactly two heads).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A probability problem is presented with two stages. Complete the representation, calculate the probability and explain any assumption.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L073: Probability trees and combined events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probability trees and combine event probabilities.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outcomes systematically, used the correct probability rule and checked that the probabilities or frequencies were consistent.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sample space, branch or set reasoning explicitly, state any dependence or condition and check totals before giving the final probability.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Two independent events have probabilities 0.4 and 0.7. Find P(both) and P(neither).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Toss a biased coin with P(H)=0.7 three times. Find P(exactly two heads).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