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L075</w:t>
      </w:r>
    </w:p>
    <w:p>
      <w:pPr>
        <w:pStyle w:val="Heading1"/>
        <w:jc w:val="center"/>
      </w:pPr>
      <w:r>
        <w:rPr>
          <w:color w:val="052D57"/>
        </w:rPr>
        <w:t>Learner workbook: Frequency trees and probability models</w:t>
      </w:r>
    </w:p>
    <w:p>
      <w:r>
        <w:t>Objective: Interpret frequency trees and compare model predictions with observed data.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dependent events and assumptions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frequency trees and probability models.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Move between counts and probabilities; distinguish experimental from theoretical probability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frequency trees and probability models.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Of 80 people, 45 cycle. Of those who cycle, 27 are adults. Find the conditional proportion of adults among cyclists.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frequency tree has root 60 and first branches 28 and 31. Diagnose the issue and state a possible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probability problem is presented with two stages. Complete the representation, calculate the probability and explain any assumption.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L075: Frequency trees and probability models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frequency trees and compare model predictions with observed data.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outcomes systematically, used the correct probability rule and checked that the probabilities or frequencies were consistent.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sample space, branch or set reasoning explicitly, state any dependence or condition and check totals before giving the final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Of 80 people, 45 cycle. Of those who cycle, 27 are adults. Find the conditional proportion of adults among cyclists.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frequency tree has root 60 and first branches 28 and 31. Diagnose the issue and state a possible repair.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