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L075</w:t>
      </w:r>
    </w:p>
    <w:p>
      <w:pPr>
        <w:pStyle w:val="Heading1"/>
        <w:jc w:val="center"/>
      </w:pPr>
      <w:r>
        <w:rPr>
          <w:color w:val="052D57"/>
        </w:rPr>
        <w:t>Teacher guide: Frequency trees and probability models</w:t>
      </w:r>
    </w:p>
    <w:p>
      <w:r>
        <w:t>Objective: Interpret frequency trees and compare model predictions with observed data.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dependent events and assumptions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frequency trees and probability models.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Move between counts and probabilities; distinguish experimental from theoretical probability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a tree and assess the usefulness of a model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L075: Frequency trees and probability models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frequency trees and compare model predictions with observed data.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Of 80 people, 45 cycle. Of those who cycle, 27 are adults. Find the conditional proportion of adults among cyclists.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frequency tree has root 60 and first branches 28 and 31. Diagnose the issue and state a possible repair.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