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Flipped learning: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Two fair dice are rolled. Find P(at least one six).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