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L076</w:t>
      </w:r>
    </w:p>
    <w:p>
      <w:pPr>
        <w:pStyle w:val="Heading1"/>
        <w:jc w:val="center"/>
      </w:pPr>
      <w:r>
        <w:rPr>
          <w:color w:val="052D57"/>
        </w:rPr>
        <w:t>Teacher mark scheme: Probability pathway and repair</w:t>
      </w:r>
    </w:p>
    <w:p>
      <w:r>
        <w:t>Objective: Select a probability representation and repair common errors.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