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L077</w:t>
      </w:r>
    </w:p>
    <w:p>
      <w:pPr>
        <w:pStyle w:val="Heading1"/>
        <w:jc w:val="center"/>
      </w:pPr>
      <w:r>
        <w:rPr>
          <w:color w:val="052D57"/>
        </w:rPr>
        <w:t>Teacher guide: Scatter graphs and correlation</w:t>
      </w:r>
    </w:p>
    <w:p>
      <w:r>
        <w:t>Objective: Describe correlation, use a line of best fit and recognise limits of prediction.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probability pathway and repair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scatter graphs and correlation.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Distinguish association from cause; contrast interpolation and extrapolation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Estimate from a scatter graph and state a limitation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L077: Scatter graphs and correlation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Describe correlation, use a line of best fit and recognise limits of prediction.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read or constructed the graph accurately, used the scale and axes correctly and linked the relevant gradient, intercept, shape or trend to my conclusion.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label units and scale clearly, show the calculation or graphical evidence I used and check that the interpretation fits the context.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trend line predicts 45 at x=8 from data spanning x=2 to 10. Is this interpolation or extrapolation?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scatter graph shows strong negative correlation between screen time and sleep. Can it prove screen time causes less sleep?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