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Flipped learning: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class interval width 6 has frequency 27. Find density, then expected frequency for width 10 at the same density.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