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L080</w:t>
      </w:r>
    </w:p>
    <w:p>
      <w:pPr>
        <w:pStyle w:val="Heading1"/>
        <w:jc w:val="center"/>
      </w:pPr>
      <w:r>
        <w:rPr>
          <w:color w:val="052D57"/>
        </w:rPr>
        <w:t>Teacher mark scheme: Cumulative checkpoint 6 and feedback</w:t>
      </w:r>
    </w:p>
    <w:p>
      <w:r>
        <w:t>Objective: Apply probability and statistics with earlier number and algebra.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