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L081</w:t>
      </w:r>
    </w:p>
    <w:p>
      <w:pPr>
        <w:pStyle w:val="Heading1"/>
        <w:jc w:val="center"/>
      </w:pPr>
      <w:r>
        <w:rPr>
          <w:color w:val="052D57"/>
        </w:rPr>
        <w:t>Teacher guide: Circle geometry pathway</w:t>
      </w:r>
    </w:p>
    <w:p>
      <w:r>
        <w:t>Objective: Use circle geometry at the appropriate tier and explain angle reasoning.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cumulative checkpoint 6 and feedback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circle geometry pathway.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Foundation: circle measures and general angle facts. Higher: circle theorems and proof chains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Justify a circle calculation with named reasons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L081: Circle geometry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circle geometry at the appropriate tier and explain angle reasoning.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central angle is 146°. Find the circumference angle subtending the same arc.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In a cyclic quadrilateral, opposite angles are 2x+10 and 3x−5. Find x and both angles.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