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Flipped learning: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triangle has vertices (0,0),(2,1),(1,4). Translate by (−3,2). State all new vertices.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