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L082</w:t>
      </w:r>
    </w:p>
    <w:p>
      <w:pPr>
        <w:pStyle w:val="Heading1"/>
        <w:jc w:val="center"/>
      </w:pPr>
      <w:r>
        <w:rPr>
          <w:color w:val="052D57"/>
        </w:rPr>
        <w:t>Knowledge organiser: Vectors and translations</w:t>
      </w:r>
    </w:p>
    <w:p>
      <w:r>
        <w:t>Objective: Represent translations as column vectors and combine displacements.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Connect arrows and coordinates; distinguish a position from a displacement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translation maps A=(−2,5) to A'=(4,−1). Show where B=(3,3) maps.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