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L082</w:t>
      </w:r>
    </w:p>
    <w:p>
      <w:pPr>
        <w:pStyle w:val="Heading1"/>
        <w:jc w:val="center"/>
      </w:pPr>
      <w:r>
        <w:rPr>
          <w:color w:val="052D57"/>
        </w:rPr>
        <w:t>Teacher mark scheme: Vectors and translations</w:t>
      </w:r>
    </w:p>
    <w:p>
      <w:r>
        <w:t>Objective: Represent translations as column vectors and combine displacements.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