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L084</w:t>
      </w:r>
    </w:p>
    <w:p>
      <w:pPr>
        <w:pStyle w:val="Heading1"/>
        <w:jc w:val="center"/>
      </w:pPr>
      <w:r>
        <w:rPr>
          <w:color w:val="052D57"/>
        </w:rPr>
        <w:t>Knowledge organiser: Geometry connections and repair</w:t>
      </w:r>
    </w:p>
    <w:p>
      <w:r>
        <w:t>Objective: Connect geometry methods and repair weaknesses revealed by evidence.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Contrast a diagram's appearance with given facts; choose angle, length or vector methods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translated quadrilateral keeps all side lengths. Explain why translation also preserves parallel sides.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